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  <Relationship Id="rId2" Type="http://schemas.openxmlformats.org/package/2006/relationships/metadata/thumbnail" Target="docProps/thumbnail.jpeg" />
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59535" cy="1069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46a0bb07-9495-5d3c-850b-e4d0e8ee988b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59535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ＭＳ 明朝" w:hAnsi="ＭＳ 明朝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4" Type="http://schemas.microsoft.com/office/2007/relationships/stylesWithEffects" Target="stylesWithEffects.xml" />
  <Relationship Id="rId5" Type="http://schemas.openxmlformats.org/officeDocument/2006/relationships/settings" Target="settings.xml" />
  <Relationship Id="rId6" Type="http://schemas.openxmlformats.org/officeDocument/2006/relationships/webSettings" Target="webSettings.xml" />
  <Relationship Id="rId7" Type="http://schemas.openxmlformats.org/officeDocument/2006/relationships/fontTable" Target="fontTable.xml" />
  <Relationship Id="rId8" Type="http://schemas.openxmlformats.org/officeDocument/2006/relationships/theme" Target="theme/theme1.xml" />
  <Relationship Id="rId1" Type="http://schemas.openxmlformats.org/officeDocument/2006/relationships/customXml" Target="../customXml/item1.xml" />
  <Relationship Id="rId2" Type="http://schemas.openxmlformats.org/officeDocument/2006/relationships/numbering" Target="numbering.xml" />
  <Relationship Id="rId9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